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4482" w14:textId="77777777" w:rsidR="00035685" w:rsidRPr="005D6DB5" w:rsidRDefault="007B2861">
      <w:pPr>
        <w:jc w:val="center"/>
        <w:rPr>
          <w:rFonts w:eastAsia="맑은 고딕"/>
          <w:lang w:eastAsia="ko-KR"/>
        </w:rPr>
      </w:pPr>
      <w:r w:rsidRPr="005D6DB5">
        <w:rPr>
          <w:rFonts w:eastAsia="맑은 고딕"/>
          <w:b/>
          <w:color w:val="0056A6"/>
          <w:sz w:val="24"/>
          <w:lang w:eastAsia="ko-KR"/>
        </w:rPr>
        <w:t>호서대학교 학과 소개 영상 공모전 &lt;우리과 특! 학과 입덕전!&gt;</w:t>
      </w:r>
      <w:r w:rsidRPr="005D6DB5">
        <w:rPr>
          <w:rFonts w:eastAsia="맑은 고딕"/>
          <w:b/>
          <w:color w:val="0056A6"/>
          <w:sz w:val="24"/>
          <w:lang w:eastAsia="ko-KR"/>
        </w:rPr>
        <w:br/>
      </w:r>
      <w:r w:rsidRPr="005D6DB5">
        <w:rPr>
          <w:rFonts w:eastAsia="맑은 고딕"/>
          <w:b/>
          <w:color w:val="111111"/>
          <w:sz w:val="44"/>
          <w:lang w:eastAsia="ko-KR"/>
        </w:rPr>
        <w:t>참 가 서 약 서</w:t>
      </w:r>
    </w:p>
    <w:p w14:paraId="3DA417FC" w14:textId="564E40E5" w:rsidR="00035685" w:rsidRPr="005D6DB5" w:rsidRDefault="007B2861">
      <w:pPr>
        <w:spacing w:line="312" w:lineRule="auto"/>
        <w:rPr>
          <w:rFonts w:eastAsia="맑은 고딕"/>
          <w:lang w:eastAsia="ko-KR"/>
        </w:rPr>
      </w:pPr>
      <w:r w:rsidRPr="005D6DB5">
        <w:rPr>
          <w:rFonts w:eastAsia="맑은 고딕"/>
          <w:sz w:val="21"/>
          <w:lang w:eastAsia="ko-KR"/>
        </w:rPr>
        <w:t>본인(또는 팀)은 호서대학교</w:t>
      </w:r>
      <w:r w:rsidR="001935A9" w:rsidRPr="005D6DB5">
        <w:rPr>
          <w:rFonts w:eastAsia="맑은 고딕" w:cs="맑은 고딕" w:hint="eastAsia"/>
          <w:sz w:val="21"/>
          <w:lang w:eastAsia="ko-KR"/>
        </w:rPr>
        <w:t xml:space="preserve">가 </w:t>
      </w:r>
      <w:r w:rsidRPr="005D6DB5">
        <w:rPr>
          <w:rFonts w:eastAsia="맑은 고딕"/>
          <w:sz w:val="21"/>
          <w:lang w:eastAsia="ko-KR"/>
        </w:rPr>
        <w:t>주관하는 &lt;우리과 특! 학과 입덕전!&gt; 학과 소개 영상 공모전에 작품을 출품함에 있어 다음 사항을 충분히 숙지하였으며, 이를 준수하고 이행할 것을 서약합니다.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182"/>
      </w:tblGrid>
      <w:tr w:rsidR="00035685" w:rsidRPr="005D6DB5" w14:paraId="069BE858" w14:textId="77777777" w:rsidTr="005A7263">
        <w:trPr>
          <w:trHeight w:val="9061"/>
          <w:jc w:val="center"/>
        </w:trPr>
        <w:tc>
          <w:tcPr>
            <w:tcW w:w="9182" w:type="dxa"/>
            <w:shd w:val="clear" w:color="auto" w:fill="FAFAFA"/>
          </w:tcPr>
          <w:p w14:paraId="336A01F7" w14:textId="44D23C26" w:rsidR="00035685" w:rsidRPr="005D6DB5" w:rsidRDefault="007B2861">
            <w:pPr>
              <w:spacing w:after="120" w:line="300" w:lineRule="auto"/>
              <w:rPr>
                <w:rFonts w:eastAsia="맑은 고딕"/>
                <w:sz w:val="2"/>
                <w:szCs w:val="2"/>
                <w:lang w:eastAsia="ko-KR"/>
              </w:rPr>
            </w:pPr>
            <w:r w:rsidRPr="005D6DB5">
              <w:rPr>
                <w:rFonts w:eastAsia="맑은 고딕"/>
                <w:b/>
                <w:color w:val="0056A6"/>
                <w:lang w:eastAsia="ko-KR"/>
              </w:rPr>
              <w:t>■ 1. 순수 창작물 확인</w:t>
            </w:r>
            <w:r w:rsidRPr="005D6DB5">
              <w:rPr>
                <w:rFonts w:eastAsia="맑은 고딕"/>
                <w:b/>
                <w:color w:val="0056A6"/>
                <w:lang w:eastAsia="ko-KR"/>
              </w:rPr>
              <w:br/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>제출하는 모든 영상 및 관련 콘텐츠는 본인(또는 팀)이 직접 기획·촬영·제작한 순수 창작물임을 확인합니다. 타 공모전 수상작, 타인의 작품을 표절·도용·모방한 사실이 확인될 경우 심사 대상에서 제외되며, 수상 이후라도 수상이 취소되고 시상금</w:t>
            </w:r>
            <w:r w:rsidR="005D6DB5" w:rsidRPr="005D6DB5">
              <w:rPr>
                <w:rFonts w:eastAsia="맑은 고딕" w:cs="맑은 고딕" w:hint="eastAsia"/>
                <w:color w:val="444444"/>
                <w:sz w:val="19"/>
                <w:lang w:eastAsia="ko-KR"/>
              </w:rPr>
              <w:t>은</w:t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 xml:space="preserve"> 즉시 반환하겠습니다.</w:t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br/>
            </w:r>
          </w:p>
          <w:p w14:paraId="04DA3794" w14:textId="77777777" w:rsidR="00035685" w:rsidRPr="005D6DB5" w:rsidRDefault="007B2861">
            <w:pPr>
              <w:spacing w:after="120" w:line="300" w:lineRule="auto"/>
              <w:rPr>
                <w:rFonts w:eastAsia="맑은 고딕"/>
                <w:sz w:val="2"/>
                <w:szCs w:val="2"/>
                <w:lang w:eastAsia="ko-KR"/>
              </w:rPr>
            </w:pPr>
            <w:r w:rsidRPr="005D6DB5">
              <w:rPr>
                <w:rFonts w:eastAsia="맑은 고딕"/>
                <w:b/>
                <w:color w:val="0056A6"/>
                <w:lang w:eastAsia="ko-KR"/>
              </w:rPr>
              <w:t>■ 2. 저작권 및 초상권 준수</w:t>
            </w:r>
            <w:r w:rsidRPr="005D6DB5">
              <w:rPr>
                <w:rFonts w:eastAsia="맑은 고딕"/>
                <w:b/>
                <w:color w:val="0056A6"/>
                <w:lang w:eastAsia="ko-KR"/>
              </w:rPr>
              <w:br/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>출품작 제작에 사용된 모든 음원, 폰트, 이미지, 영상 소스 및 인물의 초상권 등은 관련 법적 권리를 침해하지 않는 법적 무하자 요소임을 보증합니다. 출품작과 관련하여 제3자와의 저작권, 초상권, 명예훼손 등 제반 법적 분쟁이 발생할 경우, 이에 대한 모든 법적·재정적 책임은 참가자 본인(팀)에게 있음을 확인합니다.</w:t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br/>
            </w:r>
          </w:p>
          <w:p w14:paraId="4292C9E2" w14:textId="34EF7658" w:rsidR="00035685" w:rsidRPr="005D6DB5" w:rsidRDefault="007B2861">
            <w:pPr>
              <w:spacing w:after="120" w:line="300" w:lineRule="auto"/>
              <w:rPr>
                <w:rFonts w:eastAsia="맑은 고딕"/>
                <w:sz w:val="2"/>
                <w:szCs w:val="2"/>
                <w:lang w:eastAsia="ko-KR"/>
              </w:rPr>
            </w:pPr>
            <w:r w:rsidRPr="005D6DB5">
              <w:rPr>
                <w:rFonts w:eastAsia="맑은 고딕"/>
                <w:b/>
                <w:color w:val="0056A6"/>
                <w:lang w:eastAsia="ko-KR"/>
              </w:rPr>
              <w:t>■ 3. 2차 저작물 활용 동의</w:t>
            </w:r>
            <w:r w:rsidRPr="005D6DB5">
              <w:rPr>
                <w:rFonts w:eastAsia="맑은 고딕"/>
                <w:b/>
                <w:color w:val="0056A6"/>
                <w:lang w:eastAsia="ko-KR"/>
              </w:rPr>
              <w:br/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>수상작의 저작권은 출품자에게 귀속되나, 호서대학교는 대학 및 학과 홍보, 비영리 목적에 한하여 수상작을 인터넷(공식 SNS, 유튜브, 홈페이지 등) 게시, 2차 가공(편집, 수정, 압축 등), 배포 및 홍보물 제작에 무상으로 활용하는 것에 동의합니다.</w:t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br/>
            </w:r>
          </w:p>
          <w:p w14:paraId="10B7202F" w14:textId="7AFC84B3" w:rsidR="008E1996" w:rsidRPr="008E1996" w:rsidRDefault="007B2861">
            <w:pPr>
              <w:spacing w:after="120" w:line="300" w:lineRule="auto"/>
              <w:rPr>
                <w:rFonts w:eastAsia="맑은 고딕"/>
                <w:color w:val="444444"/>
                <w:sz w:val="19"/>
                <w:lang w:eastAsia="ko-KR"/>
              </w:rPr>
            </w:pPr>
            <w:r w:rsidRPr="005D6DB5">
              <w:rPr>
                <w:rFonts w:eastAsia="맑은 고딕"/>
                <w:b/>
                <w:color w:val="0056A6"/>
                <w:lang w:eastAsia="ko-KR"/>
              </w:rPr>
              <w:t>■ 4. 심사 결과 수용 및 기타</w:t>
            </w:r>
            <w:r w:rsidRPr="005D6DB5">
              <w:rPr>
                <w:rFonts w:eastAsia="맑은 고딕"/>
                <w:b/>
                <w:color w:val="0056A6"/>
                <w:lang w:eastAsia="ko-KR"/>
              </w:rPr>
              <w:br/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>주최 측의 공정한 심사 절차와 결과에 대해 어떠한 이의도 제기하지 않을 것을 서약하며, 제출된 서류</w:t>
            </w:r>
            <w:r w:rsidR="002A1E25">
              <w:rPr>
                <w:rFonts w:eastAsia="맑은 고딕"/>
                <w:color w:val="444444"/>
                <w:sz w:val="19"/>
                <w:lang w:eastAsia="ko-KR"/>
              </w:rPr>
              <w:br/>
            </w:r>
            <w:r w:rsidRPr="005D6DB5">
              <w:rPr>
                <w:rFonts w:eastAsia="맑은 고딕"/>
                <w:color w:val="444444"/>
                <w:sz w:val="19"/>
                <w:lang w:eastAsia="ko-KR"/>
              </w:rPr>
              <w:t>및 작품은 반환되지 않음에 동의합니다.</w:t>
            </w:r>
          </w:p>
          <w:p w14:paraId="63EC6B71" w14:textId="106F9816" w:rsidR="008E1996" w:rsidRDefault="008E1996">
            <w:pPr>
              <w:spacing w:after="120" w:line="300" w:lineRule="auto"/>
              <w:rPr>
                <w:rFonts w:eastAsia="맑은 고딕"/>
                <w:color w:val="444444"/>
                <w:sz w:val="19"/>
                <w:szCs w:val="2"/>
                <w:lang w:eastAsia="ko-KR"/>
              </w:rPr>
            </w:pPr>
            <w:r w:rsidRPr="008E1996">
              <w:rPr>
                <w:rFonts w:eastAsia="맑은 고딕"/>
                <w:b/>
                <w:color w:val="0056A6"/>
                <w:lang w:eastAsia="ko-KR"/>
              </w:rPr>
              <w:t>■ 5. 생성형 AI 활용 관련 사항 준수</w:t>
            </w:r>
            <w:r w:rsidRPr="008E1996">
              <w:rPr>
                <w:rFonts w:eastAsia="맑은 고딕"/>
                <w:color w:val="444444"/>
                <w:sz w:val="19"/>
                <w:szCs w:val="2"/>
                <w:lang w:eastAsia="ko-KR"/>
              </w:rPr>
              <w:t xml:space="preserve"> </w:t>
            </w:r>
            <w:r>
              <w:rPr>
                <w:rFonts w:eastAsia="맑은 고딕"/>
                <w:color w:val="444444"/>
                <w:sz w:val="19"/>
                <w:szCs w:val="2"/>
                <w:lang w:eastAsia="ko-KR"/>
              </w:rPr>
              <w:br/>
            </w:r>
            <w:r w:rsidRPr="008E1996">
              <w:rPr>
                <w:rFonts w:eastAsia="맑은 고딕"/>
                <w:color w:val="444444"/>
                <w:sz w:val="19"/>
                <w:szCs w:val="2"/>
                <w:lang w:eastAsia="ko-KR"/>
              </w:rPr>
              <w:t>영상 제작 과정(대본, 이미지, 음성, 영상 생성 등)에서 생성형 AI 도구를 활용한 경우</w:t>
            </w:r>
            <w:r>
              <w:rPr>
                <w:rFonts w:eastAsia="맑은 고딕" w:hint="eastAsia"/>
                <w:color w:val="444444"/>
                <w:sz w:val="19"/>
                <w:szCs w:val="2"/>
                <w:lang w:eastAsia="ko-KR"/>
              </w:rPr>
              <w:t xml:space="preserve"> </w:t>
            </w:r>
            <w:r w:rsidRPr="008E1996">
              <w:rPr>
                <w:rFonts w:eastAsia="맑은 고딕"/>
                <w:color w:val="444444"/>
                <w:sz w:val="19"/>
                <w:szCs w:val="2"/>
                <w:lang w:eastAsia="ko-KR"/>
              </w:rPr>
              <w:t xml:space="preserve">참가 신청서 </w:t>
            </w:r>
            <w:r w:rsidR="002A1E25">
              <w:rPr>
                <w:rFonts w:eastAsia="맑은 고딕"/>
                <w:color w:val="444444"/>
                <w:sz w:val="19"/>
                <w:szCs w:val="2"/>
                <w:lang w:eastAsia="ko-KR"/>
              </w:rPr>
              <w:br/>
            </w:r>
            <w:r w:rsidRPr="008E1996">
              <w:rPr>
                <w:rFonts w:eastAsia="맑은 고딕"/>
                <w:color w:val="444444"/>
                <w:sz w:val="19"/>
                <w:szCs w:val="2"/>
                <w:lang w:eastAsia="ko-KR"/>
              </w:rPr>
              <w:t xml:space="preserve">및 작품 설명에 </w:t>
            </w:r>
            <w:r w:rsidRPr="008E1996">
              <w:rPr>
                <w:rFonts w:eastAsia="맑은 고딕"/>
                <w:b/>
                <w:bCs/>
                <w:color w:val="444444"/>
                <w:sz w:val="19"/>
                <w:szCs w:val="2"/>
                <w:lang w:eastAsia="ko-KR"/>
              </w:rPr>
              <w:t>사용 여부와 활용 범위를 반드시 명시</w:t>
            </w:r>
            <w:r w:rsidRPr="008E1996">
              <w:rPr>
                <w:rFonts w:eastAsia="맑은 고딕"/>
                <w:color w:val="444444"/>
                <w:sz w:val="19"/>
                <w:szCs w:val="2"/>
                <w:lang w:eastAsia="ko-KR"/>
              </w:rPr>
              <w:t>해야 합니다. 출처를 밝히지 않은 AI 활용 사실이 사후 적발될 경우 심사 불이익 또는 수상이 취소될 수 있음을 확인합니다.</w:t>
            </w:r>
          </w:p>
          <w:p w14:paraId="1457C7E2" w14:textId="270F2B66" w:rsidR="008E1996" w:rsidRPr="008E1996" w:rsidRDefault="008E1996">
            <w:pPr>
              <w:spacing w:after="120" w:line="300" w:lineRule="auto"/>
              <w:rPr>
                <w:rFonts w:eastAsia="맑은 고딕"/>
                <w:sz w:val="2"/>
                <w:szCs w:val="2"/>
                <w:lang w:eastAsia="ko-KR"/>
              </w:rPr>
            </w:pPr>
          </w:p>
        </w:tc>
      </w:tr>
    </w:tbl>
    <w:p w14:paraId="262D3723" w14:textId="77777777" w:rsidR="00035685" w:rsidRPr="005D6DB5" w:rsidRDefault="00035685">
      <w:pPr>
        <w:spacing w:after="300"/>
        <w:rPr>
          <w:rFonts w:eastAsia="맑은 고딕"/>
          <w:sz w:val="2"/>
          <w:szCs w:val="4"/>
          <w:lang w:eastAsia="ko-KR"/>
        </w:rPr>
      </w:pPr>
    </w:p>
    <w:p w14:paraId="4DEBF5BA" w14:textId="77777777" w:rsidR="008E1996" w:rsidRDefault="008E1996">
      <w:pPr>
        <w:jc w:val="center"/>
        <w:rPr>
          <w:rFonts w:eastAsia="맑은 고딕"/>
          <w:b/>
          <w:sz w:val="22"/>
          <w:lang w:eastAsia="ko-KR"/>
        </w:rPr>
      </w:pPr>
    </w:p>
    <w:p w14:paraId="2FA8F1EA" w14:textId="5B3BB63F" w:rsidR="00035685" w:rsidRPr="00A80E7C" w:rsidRDefault="007B2861">
      <w:pPr>
        <w:jc w:val="center"/>
        <w:rPr>
          <w:rFonts w:eastAsia="맑은 고딕"/>
          <w:sz w:val="4"/>
          <w:szCs w:val="6"/>
          <w:lang w:eastAsia="ko-KR"/>
        </w:rPr>
      </w:pPr>
      <w:r w:rsidRPr="005D6DB5">
        <w:rPr>
          <w:rFonts w:eastAsia="맑은 고딕"/>
          <w:b/>
          <w:sz w:val="22"/>
          <w:lang w:eastAsia="ko-KR"/>
        </w:rPr>
        <w:lastRenderedPageBreak/>
        <w:t>본인은 위 서약 내용의 의미를 충분히 이해하였으며, 이를 위반할 시</w:t>
      </w:r>
      <w:r w:rsidRPr="005D6DB5">
        <w:rPr>
          <w:rFonts w:eastAsia="맑은 고딕"/>
          <w:b/>
          <w:sz w:val="22"/>
          <w:lang w:eastAsia="ko-KR"/>
        </w:rPr>
        <w:br/>
        <w:t>주최 측의 어떠한 조치에도 이의를 제기하지 않고 따를 것을 서약합니다.</w:t>
      </w:r>
      <w:r w:rsidRPr="005D6DB5">
        <w:rPr>
          <w:rFonts w:eastAsia="맑은 고딕"/>
          <w:b/>
          <w:sz w:val="22"/>
          <w:lang w:eastAsia="ko-KR"/>
        </w:rPr>
        <w:br/>
      </w:r>
      <w:r w:rsidRPr="005D6DB5">
        <w:rPr>
          <w:rFonts w:eastAsia="맑은 고딕"/>
          <w:b/>
          <w:sz w:val="14"/>
          <w:szCs w:val="14"/>
          <w:lang w:eastAsia="ko-KR"/>
        </w:rPr>
        <w:br/>
      </w:r>
      <w:r w:rsidRPr="005D6DB5">
        <w:rPr>
          <w:rFonts w:eastAsia="맑은 고딕"/>
          <w:sz w:val="22"/>
          <w:lang w:eastAsia="ko-KR"/>
        </w:rPr>
        <w:t>2026년      월      일</w:t>
      </w:r>
      <w:r w:rsidRPr="005D6DB5">
        <w:rPr>
          <w:rFonts w:eastAsia="맑은 고딕"/>
          <w:sz w:val="22"/>
          <w:lang w:eastAsia="ko-KR"/>
        </w:rPr>
        <w:br/>
      </w:r>
    </w:p>
    <w:p w14:paraId="58F2E255" w14:textId="3D058E0C" w:rsidR="00035685" w:rsidRPr="005D6DB5" w:rsidRDefault="007B2861" w:rsidP="005D6DB5">
      <w:pPr>
        <w:spacing w:line="360" w:lineRule="auto"/>
        <w:jc w:val="right"/>
        <w:rPr>
          <w:rFonts w:eastAsia="맑은 고딕"/>
          <w:lang w:eastAsia="ko-KR"/>
        </w:rPr>
      </w:pPr>
      <w:r w:rsidRPr="005D6DB5">
        <w:rPr>
          <w:rFonts w:eastAsia="맑은 고딕"/>
          <w:b/>
          <w:sz w:val="21"/>
          <w:lang w:eastAsia="ko-KR"/>
        </w:rPr>
        <w:t xml:space="preserve">대표자(신청자) 성명 :                          (서명 또는 인)  </w:t>
      </w:r>
      <w:r w:rsidRPr="005D6DB5">
        <w:rPr>
          <w:rFonts w:eastAsia="맑은 고딕"/>
          <w:b/>
          <w:sz w:val="21"/>
          <w:lang w:eastAsia="ko-KR"/>
        </w:rPr>
        <w:br/>
      </w:r>
    </w:p>
    <w:sectPr w:rsidR="00035685" w:rsidRPr="005D6DB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E1B8" w14:textId="77777777" w:rsidR="00FA0752" w:rsidRDefault="00FA0752" w:rsidP="005D6DB5">
      <w:pPr>
        <w:spacing w:after="0" w:line="240" w:lineRule="auto"/>
      </w:pPr>
      <w:r>
        <w:separator/>
      </w:r>
    </w:p>
  </w:endnote>
  <w:endnote w:type="continuationSeparator" w:id="0">
    <w:p w14:paraId="7687D109" w14:textId="77777777" w:rsidR="00FA0752" w:rsidRDefault="00FA0752" w:rsidP="005D6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5E0E7" w14:textId="77777777" w:rsidR="005D6DB5" w:rsidRDefault="005D6DB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D9DA1" w14:textId="7B2EF671" w:rsidR="005D6DB5" w:rsidRPr="005D6DB5" w:rsidRDefault="005D6DB5" w:rsidP="005D6DB5">
    <w:pPr>
      <w:jc w:val="center"/>
      <w:rPr>
        <w:rFonts w:eastAsia="맑은 고딕"/>
        <w:lang w:eastAsia="ko-KR"/>
      </w:rPr>
    </w:pPr>
    <w:r w:rsidRPr="005D6DB5">
      <w:rPr>
        <w:rFonts w:eastAsia="맑은 고딕"/>
        <w:b/>
        <w:color w:val="0056A6"/>
        <w:sz w:val="26"/>
        <w:lang w:eastAsia="ko-KR"/>
      </w:rPr>
      <w:t xml:space="preserve">호서대학교 </w:t>
    </w:r>
    <w:r w:rsidR="0095624B">
      <w:rPr>
        <w:rFonts w:eastAsia="맑은 고딕" w:hint="eastAsia"/>
        <w:b/>
        <w:color w:val="0056A6"/>
        <w:sz w:val="26"/>
        <w:lang w:eastAsia="ko-KR"/>
      </w:rPr>
      <w:t>대외협력</w:t>
    </w:r>
    <w:r w:rsidRPr="005D6DB5">
      <w:rPr>
        <w:rFonts w:eastAsia="맑은 고딕"/>
        <w:b/>
        <w:color w:val="0056A6"/>
        <w:sz w:val="26"/>
        <w:lang w:eastAsia="ko-KR"/>
      </w:rPr>
      <w:t>홍보팀 귀중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993F3" w14:textId="77777777" w:rsidR="005D6DB5" w:rsidRDefault="005D6DB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DBBE9" w14:textId="77777777" w:rsidR="00FA0752" w:rsidRDefault="00FA0752" w:rsidP="005D6DB5">
      <w:pPr>
        <w:spacing w:after="0" w:line="240" w:lineRule="auto"/>
      </w:pPr>
      <w:r>
        <w:separator/>
      </w:r>
    </w:p>
  </w:footnote>
  <w:footnote w:type="continuationSeparator" w:id="0">
    <w:p w14:paraId="1D4A084B" w14:textId="77777777" w:rsidR="00FA0752" w:rsidRDefault="00FA0752" w:rsidP="005D6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FD03" w14:textId="77777777" w:rsidR="005D6DB5" w:rsidRDefault="005D6DB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3B6DF" w14:textId="77777777" w:rsidR="005D6DB5" w:rsidRDefault="005D6DB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F082" w14:textId="77777777" w:rsidR="005D6DB5" w:rsidRDefault="005D6DB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0780199">
    <w:abstractNumId w:val="8"/>
  </w:num>
  <w:num w:numId="2" w16cid:durableId="31854026">
    <w:abstractNumId w:val="6"/>
  </w:num>
  <w:num w:numId="3" w16cid:durableId="1929851168">
    <w:abstractNumId w:val="5"/>
  </w:num>
  <w:num w:numId="4" w16cid:durableId="784740212">
    <w:abstractNumId w:val="4"/>
  </w:num>
  <w:num w:numId="5" w16cid:durableId="1440374731">
    <w:abstractNumId w:val="7"/>
  </w:num>
  <w:num w:numId="6" w16cid:durableId="1382553874">
    <w:abstractNumId w:val="3"/>
  </w:num>
  <w:num w:numId="7" w16cid:durableId="1510022332">
    <w:abstractNumId w:val="2"/>
  </w:num>
  <w:num w:numId="8" w16cid:durableId="625819955">
    <w:abstractNumId w:val="1"/>
  </w:num>
  <w:num w:numId="9" w16cid:durableId="1812675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0F5E"/>
    <w:rsid w:val="00034616"/>
    <w:rsid w:val="00035685"/>
    <w:rsid w:val="0006063C"/>
    <w:rsid w:val="0015074B"/>
    <w:rsid w:val="001935A9"/>
    <w:rsid w:val="0029639D"/>
    <w:rsid w:val="002A1E25"/>
    <w:rsid w:val="00325FB0"/>
    <w:rsid w:val="00326F90"/>
    <w:rsid w:val="005A7263"/>
    <w:rsid w:val="005D6DB5"/>
    <w:rsid w:val="007B2861"/>
    <w:rsid w:val="008E1996"/>
    <w:rsid w:val="0095624B"/>
    <w:rsid w:val="00A80E7C"/>
    <w:rsid w:val="00AA1D8D"/>
    <w:rsid w:val="00B47730"/>
    <w:rsid w:val="00BA4BF7"/>
    <w:rsid w:val="00C35A07"/>
    <w:rsid w:val="00C47494"/>
    <w:rsid w:val="00CB0664"/>
    <w:rsid w:val="00D22283"/>
    <w:rsid w:val="00D6752B"/>
    <w:rsid w:val="00DA08E0"/>
    <w:rsid w:val="00FA07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5C2F73"/>
  <w14:defaultImageDpi w14:val="300"/>
  <w15:docId w15:val="{C8A67E24-8405-488E-8047-4A4F6D16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hAnsi="맑은 고딕"/>
      <w:color w:val="333333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황 효</cp:lastModifiedBy>
  <cp:revision>13</cp:revision>
  <dcterms:created xsi:type="dcterms:W3CDTF">2013-12-23T23:15:00Z</dcterms:created>
  <dcterms:modified xsi:type="dcterms:W3CDTF">2026-09-08T08:00:00Z</dcterms:modified>
  <cp:category/>
</cp:coreProperties>
</file>